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SOLUNUM KORUYUCU DONANIMLAR VE EN 149 STANDARDI: FFP1, FFP2 VE FFP3 TOZ MASKELERI SEÇIM KILAVUZU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KKD-MSK-04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149 Parçacıklara Karşı Koruma Amaçlı Filtreli Yarım Maskeler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FILTRASYON SEVIYESI VE TEHLIKE UYUMU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FFP1 Maskeler: Toksik olmayan kaba tozlar için en az %80 filtrasyon (OEL 4 katına kadar)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FFP2 Maskeler: İnce metal tozları, ahşap tozu ve kaynak dumanı için en az %94 filtrasyon (OEL 10 katına kadar)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FFP3 Maskeler: Asbest, silika tozu, arsenik, berilyum ve virüsler için en az %99 filtrasyon (OEL 30-50 katına kadar)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İŞARETLEME VE KULLANIM SÜRESI SINIRLARI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'NR' (Non-Reusable) işareti: Yalnızca tek bir vardiya (azami 8 saat) kullanılabilir, yıkanamaz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'R' (Reusable) işareti: Özel dezenfeksiyonla birden fazla vardiya kullanılabilir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'D' (Dolomit Tozu Testi) işareti: Tıkanmaya karşı yüksek dirençli olduğunu ve nefes alma kolaylığını gösterir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KULLANICI YÜZ UYUMU (FIT TEST) VE BAKIM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Maskenin burun klipsinin iki elle burun kemiğine tam oturtulması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Sakal, bıyık veya favorilerin maske sızdırmazlık hattını bozmasının önlenmesi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Nefes alıp vermede aşırı direnç oluştuğunda veya nemlendiğinde maskenin derhal yenilenmesi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