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GÖZ VE YÜZ KORUYUCU DONANIMLAR (EN 166, EN 170, EN 175): KORUYUCU GÖZLÜK, SIPERLIK VE KAYNAKÇI MASKELERI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KKD-GOZ-06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166 Kişisel Göz Koruması - Özellikler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OPTIK SINIF VE LENS NETLIĞI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Optik Sınıf 1: Sürekli çalışma için en yüksek netlik ve sıfır distorsiyon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Optik Sınıf 2: Aralıklı çalışmalar için uygun netlik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Optik Sınıf 3: Yalnızca çok kısa süreli kaba işler için (sürekli kullanılamaz)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MEKANIK DARBE DAYANIM SEVIYELERI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'S' İşareti: Arttırılmış sağlamlık (5.1 m/s darbe hızı)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'F' İşareti: Düşük enerjili darbe direnci (45 m/s darbe hızı - standart gözlükler)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'B' İşareti: Orta enerjili darbe direnci (120 m/s darbe hızı - tam kapalı goggle gözlükler)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'A' İşareti: Yüksek enerjili darbe direnci (190 m/s darbe hızı - yalnızca yüz siperlikleri)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KULLANIM ALANI VE SIVI SIÇRAMA KODLARI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'3' Kodu: Sıvı damlacıkları ve kimyasal sıçramalarına karşı tam kapalı sızdırmazlık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'4' Kodu: 5 mikrondan büyük kaba toz parçacıklarına karşı koruma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'8' Kodu: Kısa devre elektrik arkına karşı koruyucu yüz siperliği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'9' Kodu: Erimiş metal sıçramaları ve sıcak katı parçacık penetrasyonu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