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GAZLI YANGIN SÖNDÜRME SISTEMLERI (FM-200, NOVEC 1230, İNERT GAZLAR, CO2): SERVER ODASI VE ODA SIZDIRMAZLIK (DOOR FAN) TESTI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GZS-DNT-10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ISO 14520 &amp; NFPA 2001 Standartları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GAZ TÜPLERI VE MANOMETRE MUAYENESI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Tüp manometre basınçları yeşil alanda ve sıcaklık kompanzasyon tablosuna uygun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Tüp üzerindeki sıvı seviye göstergesi veya ultrasonik seviye ölçümü ile gaz miktarı doğrulanmış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Tüp ağırlığında veya basıncında %5'ten fazla kayıp varsa tüp doluma gönderilmiş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Solenoid aktüatör, patlatma pimi ve manuel boşaltma mekanik kilidi sağlam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ODA BÜTÜNLÜĞÜ VE SIZDIRMAZLIK (DOOR FAN TESTI)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Mahalin tavan, taban ve kablo geçişlerinde yangın durdurucu harç/yastık ile tam sızdırmazlık sağlanmış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Oda Sızdırmazlık (Door Fan) Testi ile gazın mahalde en az 10 dakika kalacağı kanıtlanmış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Gaz boşalması anında oluşacak pozitif ve negatif basıncı tahliye edecek basınç dengeleme damperi mevcut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Gaz tahliyesinde havalandırma klima santrali damperlerinin otomatik kapanması test edilmiş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PERSONEL GÜVENLIĞI VE İKAZLAR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Oda girişinde 'İçeride Gaz Boşalabilir - Giriş Yasaktır' ışıklı uyarı panosu çalışmakta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Boşalma öncesi personelin tahliyesi için en az 30 saniye gecikme süresi ve tahliye sireni aktif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Sistem bakımında kazara tetiklemeyi önleyen mekanik bakım emniyet pimi / vanası mevcut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