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YANGIN DAMPERLERI (FIRE &amp; SMOKE DAMPERS) VE TS EN 15650 STANDARTLARI: HAVALANDIRMA KANALLARINDA SIGORTALI VE MOTORLU DAMPER TESTI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DMP-KNT-17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15650 &amp; BYKHY Md. 86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FIZIKSEL MONTAJ VE KANAT KONTROLLERI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Damper yangın duvarı veya döşeme geçişinde yangına dayanıklı harçla tam sızdırmaz monte edilmiş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Kanal üzerinde damperi kontrol ve test etmek için sızdırmaz müdahale kapağı (revizyon penceresi) mevcut mudur?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Damper kanatlarında toz, yağ birikmesi, korozyon veya kanadın kapanmasını engelleyen cisim var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Kanat contaları sağlam ve kapanma anında tam sızdırmazlık sağlamakta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AKTIVASYON VE FONKSIYON TESTI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Mekanik sigortalı damperlerde 72°C erir lehim teli sağlam ve yay mekanizması kanadı hızla kapatmakta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Motorlu damperlerde yangın alarm santralinden gelen sinyalle damper 15-30 saniyede tam kapanmakta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Damperin 'Açık' ve 'Kapalı' konum bilgisi santral ekranına doğru olarak iletilmekte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Damper kapandığında ilgili klima santrali fanının otomatik olarak durduğu doğrulanmış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