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SICAK İŞ İZNI (HOT WORK PERMIT) VE YANGIN GÖZLEMCISI (FIRE WATCH) PROTOKOLÜ (NFPA 51B): KAYNAK VE KESIMDE 30 DAKIKALIK YANGIN NÖBETI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HWT-NBZ-23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NFPA 51B &amp; İSG Tüzüğü Sıcak İş Güvenliği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İŞ ÖNCESI 11 METRE GÜVENLIK ALANI KONTROLLERI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Çalışma noktasının 11 metre (35 ft) yarıçapındaki tüm yanıcı/patlayıcı maddeler uzaklaştırılmış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Taşınamayan yanıcı maddeler ve zemin açıklıkları yangına dayanıklı örtü/branda (welding blanket) ile örtülmüş müdür?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Zemindeki çatlaklar, mazgallar ve kablo kanalları kıvılcım girmesini önleyecek şekilde kapatılmış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Çalışma alanında gaz ölçümü yapılmış ve ortamda patlayıcı gaz/buhar bulunmadığı onaylanmış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YANGIN SÖNDÜRME EKIPMANI VE YANGIN GÖZLEMCISI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Sıcak iş yapılan noktada en az 2 adet 6 kg ABC KKT veya CO2 yangın söndürücü hazır bekletilmekte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Özel eğitimli Yangın Gözlemcisi (Fire Watch) başka hiçbir işle uğraşmaksızın görevi başında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gözlemcisinde acil durum alarm butonu veya acil durum telsizi mevcut mudur?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İŞ BITIMI YANGIN NÖBETI (30-60 DAKIKA)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Sıcak iş bittikten sonra yangın gözlemcisi alanda EN AZ 30 DAKİKA (yüksek riskte 60 dk) nöbet tutmuş mudur?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Gizli için için yanma (smoldering) riskine karşı alan termal kamera veya elle kontrol edilmiş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Sıcak iş izni kapatma bölümü İSG Uzmanı, Yangın Gözlemcisi ve İşverence imzalanmış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