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YÜKSEKTE ÇALIŞMA VE İSKELE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YUK-İSG-423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YATAY VE DIKEY YAŞAM HATTI (LIFELINE) KURULUM VE MUAYENE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YÜKSEKTE ÇALIŞMA &amp; İSKELE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Yatay ve Dikey Yaşam Hattı (Lifeline) Kurulum ve Muayene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Çatı, vinç yolu ve köprü inşaatlarında kullanılan TS EN 795 Tip C çelik halatlı yatay yaşam hatları ile TS EN 353-1 dikey yaşam hatlarının gerginlik, ankraj çekme mukavemeti ve halat tutucu muayene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ÇELİK HALAT VE GERGİNLİK KONTROLLERİ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Halatta ezilme, bükülme (kink), korozyon veya tel kopması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Gergilik indikatörü doğru tansiyon aralığını gösteriyor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Halat sonlandırma klemensleri veya pres kovanları sağlam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ANKRAJ VE ŞOK EMİCİ İNCELEMESİ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Uç ve ara ankraj bağlantı cıvataları sıkı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Beton veya çelik montaj yüzeyinde çatlak ve gevşeme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Hat içi şok emicide deformasyon veya açılma tespit edildi mi?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ŞARYO VE KULLANICI UYUMLULUĞU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Şaryo ara desteklerden akıcı bir şekilde geçiyor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Aynı anda hatta bağlanabilecek maksimum kullanıcı sayısı tabelada belirtilmiş mi?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Yatay ve Dikey Yaşam Hattı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İnceleme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Açıklama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Yaşam hattı kimlik plakası (üretici, standart, max kullanıcı) mevcut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Halat çapı (en az 8 mm paslanmaz çelik) şartnameye uygun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Gergilik yayı/indikatörü yeşil tolerans aralığında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Uç ankraj plakalarında eğilme veya deformasyon var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Ara braketler halatı serbest geçişe izin verecek şekilde tutuyor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Düşme mesafesi (Clearance) hattın altında emniyetle sağlanıyor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Dikey yaşam hattı halat tutucusu (rope grab) anında kilitliyor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Son periyodik muayene tarihi 1 yılı aşmamış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İSKELE / YÜKSEKTE ÇALIŞMA SORUMLUSU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PROJE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