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YUK-İSG-346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YÜKSEKTEN DÜŞMEDE ASKIDA KALMA TRAVMASI VE ACIL KURTARMA PLANI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Yüksekten Düşmede Askıda Kalma Travması ve Acil Kurtarma Planı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Emniyet kemerinde askıda kalan bir çalışanın 10-15 dakika içinde yaşayabileceği ortostatik şok (süspansiyon travması) riskine karşı geliştirilmiş acil kurtarma planı, kurtarma kiti prosedürü ve ilkyardım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ASKI TRAVMASI RİSK YÖNETİMİ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Yüksekte çalışan tüm personele travma askı şeridi (relief strap) dağıtıldı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Personele askıda kaldığında yapması gereken bacak hareketleri eğitimi verildi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Sahada hazırda bekleyen onaylı bir kurtarma kiti (makaralı/halatlı sistem) var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KURTARMA EKİBİ VE OPERASYON ADIMLARI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Eğitimli kurtarma personeli tatbikat yapmış durumda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Kurtarma kancası ve teleskopik kurtarma çubuğu kontrol edildi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veya manlift ile erişim güzergahı açık tutuluyor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İLKYARDIM VE KURTARMA SONRASI PROTOKOL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Kazazedenin kesinlikle düz yatırılmayacağı ilkyardımcılar tarafından biliniyor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Kazazedeye W pozisyonu (yarı oturur gövde, bükülü dizler) uygulanıyor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112 Acil Yardım ekibine askıda kalma süresi net bildirildi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Yüksekten Düşmede Askıda Kalma Travması ve Acil Kurtarma Planı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Kurtarma kiti çantası tam ve kullanım kılavuzu içinde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Kurtarma halatında aşınma veya düğüm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Teleskopik uzatma çubuğu kilidi çalışıyor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İskele/yapı üzerinde hazır kurtarma ankraj noktası belirlendi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Kurtarma tatbikatı son 6 ay içinde fiilen icra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Kazazedenin askı süresini tutacak kronometre/sorumlu tayin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Yarı oturur pozisyon (W pozisyonu) için uygun dinlenme sahası hazır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112 arandığında süspansiyon travması teşhisi özel olarak belirtiliyor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