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YÜKSEKTE ÇALIŞMA VE İSKELE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YUK-İSG-626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DÜŞMEYI ÖNLEYICI GÜVENLIK AĞLARI (SISTEM S / T) MONTAJ VE KONTROL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YÜKSEKTE ÇALIŞMA &amp; İSKELE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Düşmeyi Önleyici Güvenlik Ağları (Sistem S / T) Montaj ve Kontrol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İnşaat tabliye kenarlarında ve şaft boşluklarında kullanılan TS EN 1263-1 Sistem S (yatay) ve Sistem T (konsollu konsol) güvenlik ağlarının montaj, taşıyıcı konsol, ağ gözü deney ipleri ve periyodik denetim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AĞ BİLEŞENLERİ VE ETİKET BİLGİLERİ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Ağ etiketinde TS EN 1263-1 standardı, sınıfı ve imalat yılı yazıyor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Ağ üzerinde yıllık kopma testi için en az 1 adet deney ipi mevcut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Kenar ipleri (border rope) ve bağlama ipleri şartnameye uygun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MONTAJ VE KONSOL EMNİYETİ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Konsol kolları bina betonarme döşemesine çelik cıvatalarla sabitlendi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Ağ ile çalışma düzlemi arasındaki düşme mesafesi 3 metreyi aşıyor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Ağın altındaki net boşluk (deformasyon payı) yeterli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İŞLETME VE TEMİZLİK KONTROLLERİ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Ağ gözlerinde yırtık, erime veya mekanik hasar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Ağ içine düşmüş kalıp artıkları, taş ve demir parçaları temizlendi mi?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Düşmeyi Önleyici Güvenlik Ağları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İnceleme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Açıklama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Ağın imalat tarihi üzerinden 1 yıldan fazla geçmişse yıllık deney ipi test raporu var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Kenar halatları taşıyıcı konsollara çift kilitli kancalarla bağlandı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İki ağın birleşim yerleri en az 100 mm bindirildi veya dikildi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Çalışma kotu ile ağ arasındaki mesafe azami 3.0 metreyi aşmıyor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Ağ altına düşüş anında çarpılabilecek zemin engeli bulunmuyor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Konsol çelik borularında aşırı eğilme veya kaynak çatlağı yok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Ağ içine düşen malzeme ve molozlar günlük olarak temizleniyor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Ağa daha önce düşen bir personel veya ağır yük oldu mu? (Olduysa muayene edilmeli)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İSKELE / YÜKSEKTE ÇALIŞMA SORUMLUSU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PROJE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