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YÜKSEKTE ÇALIŞMA VE İSKELE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YUK-İSG-700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ÇELIK KONSTRÜKSIYON MONTAJI YÜKSEKTE ÇALIŞMA VE KOLON İSKELESI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YÜKSEKTE ÇALIŞMA &amp; İSKELE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Çelik Konstrüksiyon Montajı Yüksekte Çalışma ve Kolon İskelesi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Ağır çelik sanayi yapılarında kolon dikimi, ana kiriş montajı, aşık bağlantıları ve cıvatalama işlerinde kiriş yürüyüş hatları, kolon montaj iskeleleri ve sepetli platform güvenlik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MONTAJ ÖNCESİ YERDE HAZIRLIK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Kirişler kaldırılmadan önce geçici yaşam hatları yere monte edildi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Kiriş tırmanma emniyet ipleri ve kılavuz ipler (tag line) bağlandı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Montaj cıvataları torbaları ve alet bağlama kordonları tam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ÇELİK ELEMAN KALDIRMA VE ANKRAJ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Vinç sapan bağlantıları çelik keskin kenar koruyucularla korundu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Kiriş flanşı klemensleri ve seyyar şaryolar sağlam kilitlendi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Çalışanlar kiriş üzerinde yürürken sürekli bağlı kalıyor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BİRLEŞİM NOKTASI PLATFORMLARI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Kolon başı cıvatalama noktalarında korkuluklu kolon iskelesi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Sahanlık altlarına düşmeyi durdurucu güvenlik ağı gerildi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Çelik Konstrüksiyon Montajı Yüksekte Çalışma ve Kolon İskelesi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İnceleme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Açıklama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Kiriş üzerinde geçici yaşam hattı çelik halatı gergin ve klemensli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Montaj personelinde TS EN 361 paraşüt tipi kemer ve çift lanyart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Kiriş flanşına takılan gezer ankraj şaryoları TS EN 795 onaylı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Aşık montajı yapılırken sepetli vinç veya manlift tercih ediliyor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Alet çantaları ve tork anahtarları düşmeye karşı kordonla bağlı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Kaldırılan çelik parçanın altında çalışma ve geçiş yasaklandı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Rüzgar hızı 45 km/s üzerine çıktığında kaldırma ve montaj durduruldu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Kaynak ve cıvatalama yapılan kotun altına yangın battaniyesi serildi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İSKELE / YÜKSEKTE ÇALIŞMA SORUMLUSU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PROJE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