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ELK-İSG-160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KAÇAK AKIM KORUMA RÖLESI (30MA / 300MA RCD) TEST VE DENETIM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Kaçak Akım Koruma Rölesi (30mA / 300mA RCD) Test ve Denetim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İnsan hayatını koruyan 30 mA ve yangınları önleyen 300 mA kaçak akım koruma anahtarlarının (RCD) açma akımı ve milisaniye bazında açma süresi test protokolünü içeren resmi şablon.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CİHAZ KİMLİĞİ VE MONTAJ STANDARDI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RCD anma akımı (In) ve artık akım değeri (30 mA / 300 mA) etiketinde yazıyor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Pano tipine göre AC, A veya B tipi röle doğru seçilmiş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Rölenin giriş ve çıkış nötr bağlantıları doğru yapılmış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ELEKTRİKSEL AÇMA TESTLERİ (RCD TESTER)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0° ve 180° faz açılarında 1xIΔn akımında açma süresi &lt; 300 ms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5xIΔn (150 mA) testinde açma süresi &lt; 40 ms sınırını sağlıyor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Rampa testi ile belirlenen fiili açma akımı 15-30 mA aralığında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İŞLETME VE MEKANİK KONTROLLER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Pano kapağında çalışanlara kaçak akım testi uyarı levhası asılmış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Rölenin mekanik açma-kapama kolunda kırık veya takılma var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Kaçak Akım Koruma Rölesi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Tüm ıslak hacim, priz ve seyyar linyelerde 30 mA RCD takılı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Ana pano girişinde 300 mA selektif (S tipi) yangın koruma rölesi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Test cihazıyla ölçülen açma süresi 300 ms altında kaydedildi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Röle test butonu (T) basıldığında mandal anında aşağı düşüyor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Pano içinde nötr ile toprak iletkenlerinin temas etmediği doğrulandı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Sık sık atan rölelerin devre dışı bırakılmadığı (köprü atılmadığı) teyit edildi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Harmonik üreten cihazların (VFD, inverter) bulunduğu panoda Tip A/B röle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RCD periyodik test formu Elektrik Mühendisi tarafından imzalandı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