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ELK-İSG-104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ELEKTRIK BAKIMLARINDA KILITLEME-ETIKETLEME (EKED / LOTO) İZIN FORMU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Elektrik Bakımlarında Kilitleme-Etiketleme (EKED / LOTO) İzin Formu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Elektrik panoları, trafo hücreleri ve makine revizyonlarında enerjinin sıfırlanması, asma kilit ile kilitlenmesi, uyarı etiketi asılması ve artık enerjinin boşaltılmasını sağlayan EKED (LOTO) prosedür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İŞ EMRİ VE ENERJİ İZOLASYON NOKTALARI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Bakım Yapılacak Tesisat / Ekipman: 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İzolasyon Yapılan Pano / Şalter No: 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Enerji Türleri: [  ] 380V AC  [  ] 24V DC  [  ] UPS  [  ] Basınçlı Hava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Kilitleme İstasyonu Sorumlusu: ..........................................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KİLİTLEME VE ETİKETLEME ADIMLARI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Her bakım personeli kendi kişisel kırmızı asma kilidini taktı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Şalter üzerine 'TEHLİKE - ÇALIŞMA VAR - ŞALTERİ AÇMAYIN' etiketi asıldı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Çoklu kilit aparatı (hasp) kullanılarak tüm çalışanlar kilitlendi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SIFIR ENERJİ DOĞRULAMASI VE TEST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Gerilim dedektörü ile fazlarda 0V olduğu ölçüldü mü?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Start butonuna basılarak makinenin kesinlikle çalışmadığı denendi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Kondansatör ve yay mekanizmalarında birikmiş artık enerji boşaltıldı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Elektrik Bakımlarında Kilitleme-Etiketleme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Şalter koluna takılan kilit mekanik olarak şalterin kalkmasını engelliyor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LOTO etiketinde çalışanın adı, fotoğrafı, telefon numarası ve tarih yazılı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Bir personelin asma kilidini başka birinin açamayacağı kuralına uyuluyor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Voltaj test cihazı ölçüm öncesinde ve sonrasında canlı hatta test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UPS beslemeli linyelerin de kapatıldığı veya izole edildiği teyit edildi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Bakım sahası bariyer ve ikaz şeritleriyle kapatıldı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İş bitiminde tüm personelin sahayı terk ettiği ve aletlerin toplandığı görüldü mü?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Kilit açma yetkisi sadece izin formunu imzalayan yetkilide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