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ELK-İSG-656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ELEKTRIK PANOLARI TERMAL KAMERA (TERMOGRAFIK) MUAYENE RAPOR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Elektrik Panoları Termal Kamera (Termografik) Muayene Rapor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ISO 18434-1 standardına uygun olarak elektrik panoları, trafolar ve şalterlerdeki aşırı ısınma, faz dengesizliği ve gevşek klemens temas dirençlerini tespit eden profesyonel termografik inceleme raporu.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ÖLÇÜM ŞARTLARI VE CİHAZ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Termal Kamera Marka / Model / Kalibrasyon: 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Ölçüm Anındaki Ortam Sıcaklığı (°C) ve Bağıl Nem: 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Tesis Yük Durumu (%): [  ] &lt;%50  [  ] %50-80  [  ] &gt;%80 Yük Altında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TESPİT EDİLEN ANOMALİLER VE ANALİZ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Pano Kimlik No ve Isınan Komponent: 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Ölçülen Maksimum Sıcaklık (Tmax) ve Referans Sıcaklık (Tref): 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Hesaplanan ΔT Sıcaklık Farkı (°C): 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Arıza Nedeni: [  ] Gevşek Bağlantı  [  ] Faz Dengesizliği  [  ] Aşırı Yük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DÜZELTİCİ VE ÖNLEYİCİ FAALİYETLER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Alınacak Acil Önlem: ................................................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Termin Tarihi ve Sorumlu Personel: ..................................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Elektrik Panoları Termal Kamera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Termal kamera ölçümü yapılırken pano en az %40-50 yük altında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Ölçüm öncesi kapağın emniyetle açılması için ark koruma vizörü takıldı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Kamera emisyon katsayısı (ε) taranan yüzeye (bakır/plastik) göre ayarlandı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Raporlanan her arıza için hem termal hem optik dijital fotoğraf eklendi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ΔT sıcaklık farkı tablosuna göre acil aksiyon gerektiren noktalar işaretlendi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Fazlar arası akım dengesizlikleri pens ampermetre ile teyit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Düzeltme yapılan komponentin onarım sonrası ikinci termal kontrolü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Rapor EMO yetkili Termografi Uzmanı Mühendis tarafından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