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ELK-İSG-712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YÜKSEK GERILIM (YG) TRAFO MERKEZI VE KESICI HÜCRELERI KONTROL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Yüksek Gerilim (YG) Trafo Merkezi ve Kesici Hücreleri Kontrol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34.5 kV yüksek gerilim trafo merkezleri, modüler kesici hücreleri, trafo koruma röleleri, ark tahliye bacaları ve YG güvenlik teçhizatlarını denetleyen resmi form.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TRAFO MERKEZİ FİZİKİ GÜVENLİĞİ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Trafo kapısı kilitli ve yetkisiz girişi engelleyici tabela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Havalandırma panjurlarında kuş, kemirgen ve kedi teli takılı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Acil durum aydınlatması ve yangın tüpleri (CO2/KKT) yerinde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KESİCİ HÜCRELERİ VE KORUMA DONANIMI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SF6 gaz manometresi yeşil işletme basıncını gösteriyor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Hücre mekanik interlock (kilit) sıralaması sorunsuz çalışıyor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Aşırı akım ve toprak kısa devre koruma rölesi devrede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YALITKAN MANEVRA TEÇHİZATLARI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36 kV manevra stankası çatlak ve kirsiz durumda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Yalıtkan eldivenlerin 6 aylık dielektrik test tarihi geçerli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Yalıtkan tabure ve topraklama pensleri sağlam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Yüksek Gerilim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Trafo binası giriş kapısında Yüksek Gerilim Ölüm Tehlikesi levhası asılı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Trafo koruma havuzunda (yağ tavasında) çakıl taşları temiz ve seviye tam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Silikajel nem tutucu hava filtresi mavi/turuncu aktif renkte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YG Yalıtkan eldivenlerinde delik testi (hava şişirme) yapıldı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Buchholz rölesi ve yağ sıcaklık termostatı açma devreleri test edildi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Trafo koruma ve işletme topraklama iletkenleri klemensleri sıkı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Hücre ark tahliye bacaları bina dışına güvenli alana yönlendirilmiş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YG İşletme Sorumluluğu Sözleşmesi ve aylık raporlama dosyası mevcut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