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ELEKTRİK VE TESİSAT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ELK-İSG-924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ELEKTRIK ARK PARLAMASI (ARC FLASH) VE YANIK ÖNLEME PROTOKOLÜ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ELEKTRIK VE TESISAT GÜVENLIĞI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Elektrik Ark Parlaması (Arc Flash) ve Yanık Önleme Protokolü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NFPA 70E ve IEEE 1584 standartlarına uygun olarak elektrik panolarında ark parlaması enerjisi hesaplaması, ark sınırı mesafeleri ve ark koruyucu KKD seviyelerini belirleyen güvenlik protokolü.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1. ARK FLAŞ RİSK PARAMETRELERİ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İncelenen Pano Adı / Gerilim Seviyesi: 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Beklenen Kısa Devre Akımı (kA) ve Kesici Açma Süresi: 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Hesaplanan İnsidan Enerji (cal/cm²): ...............................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Ark Parlama Sınır Mesafesi (cm): ...................................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2. KİŞİSEL KORUYUCU DONANIM KATEGORİSİ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Gerekli Ark KKD Kategorisi: [  ] Kat 1 (4 cal)  [  ] Kat 2 (8 cal)  [  ] Kat 4 (40 cal)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Sentetik (naylon/polyester) kıyafet giyilmeme yasağına uyuluyor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Yüz koruyucu ark vizörünün cal/cm² değeri panoya uygun mu?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3. İŞLETME VE MANEVRA EMNİYETİ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Şalter kurma ve açma esnasında operatör gövdesini kapak karşısından yana alıyor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Uzaktan kurmalı motorlu şalter kumandası mevcut mu?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B45309"/>
          <w:sz w:val="25"/>
        </w:rPr>
        <w:t>Elektrik Ark Parlaması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Muayene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Ölçüm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Pano kapağında güncel NFPA 70E ark enerjisi etiketi yapıştırılmış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Çalışanlar üzerinde eriyebilen naylon, polyester veya sentetik iç giyim yok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Baret vizörü UV ve ark termal patlamasına dayanıklı sertifikalı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Yalıtımlı dielektrik eldivenlerin üzerinde ark koruyucu deri eldiven takılı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Pano kapağı açılmadan önce devre kesici yük altında açıldı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Panoya müdahale edecek personel ark parlaması eğitimi aldı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Ark sınırı içerisine yetkisiz kişilerin girişi kırmızı güvenlik şeridiyle kesildi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1000V çift izolasyonlu el aletleri (IEC 60900) kullanılıyor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ELEKTRİK MÜHENDİSİ / TEKNİKERİ</w:t>
              <w:br/>
              <w:t>Adı Soyadı: ........................</w:t>
              <w:br/>
              <w:t>Oda Sicil No: 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TESİS / FABRİKA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