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ELEKTRİK VE TESİSAT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ELK-İSG-761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PATLAYICI ORTAMLARDA (ATEX) EX-PROOF ELEKTRIK TESISATI MUAYENE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ELEKTRIK VE TESISAT GÜVENLIĞI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Patlayıcı Ortamlarda (ATEX) Ex-Proof Elektrik Tesisatı Muayene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Boya tesisleri, kimyasal depolar ve gaz dolum sahalarında TS EN 60079-14/17 standartlarına uygun alev sızdırmaz (Ex-d), kendinden emniyetli (Ex-i) elektrik tesisatlarının denetim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1. BÖLGE (ZONE) VE EKİPMAN UYGUNLUĞU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Bölge Sınıflandırması: [  ] Zone 0  [  ] Zone 1  [  ] Zone 2  [  ] Zone 21/22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Cihaz Etiket Bilgisi: ................................................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Gaz Grubu ve Sıcaklık Sınıfı: [  ] IIA  [  ] IIB  [  ] IIC / T1 - T6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2. MEKANİK VE ALEV SIZDIRMAZLIK KONTROLÜ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Ex-d gövde cıvataları tam ve torkunda sıkılmış mı? Eksik cıvata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Kablo rakorları Ex sertifikalı mı ve kabloyu tam sıkmış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Kullanılmayan rakor delikleri sertifikalı metal kör tapa ile kapatılmış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3. STATİK TOPRAKLAMA VE EŞPOTANSİYEL BAĞLANTI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Metal aksamlar arası eşpotansiyel sarı-yeşil köprüler tam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Topraklama geçiş direnci 10 Ohm değerinin altında mı?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B45309"/>
          <w:sz w:val="25"/>
        </w:rPr>
        <w:t>Patlayıcı Ortamlarda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Muayene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Ölçüm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Tüm aydınlatma armatürlerinde Ex-proof koruma camı ve ızgarası sağlam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Ex-d alev yolları (flange joints) paslanmamış ve boyanmamış durumda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Kablo rakorlarında reçine / sızdırmazlık hamuru doğru uygulanmış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Aydınlatma anahtarları ve prizler ortama uygun Ex sınıfında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Patlayıcı ortamda standart seyyar kablo veya cep telefonu kullanımı yasak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Statik elektrik yük birikimini önleyen topraklama bağlantısı mevcut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Ex-proof motor klemens kutusu kapağı contası hasarsız ve tam oturmuş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Tesisat periyodik ATEX muayene raporu akredite kuruluşça onaylandı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ELEKTRİK MÜHENDİSİ / TEKNİKERİ</w:t>
              <w:br/>
              <w:t>Adı Soyadı: ........................</w:t>
              <w:br/>
              <w:t>Oda Sicil No: 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TESİS / FABRİKA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