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ELK-İSG-962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ENDÜSTRIYEL AKÜ ŞARJ İSTASYONLARI ELEKTRIK VE HAVALANDIRMA KONTROL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Endüstriyel Akü Şarj İstasyonları Elektrik ve Havalandırma Kontrol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Forklift, istif makinesi ve UPS akülerinin şarj alanlarında ortaya çıkan patlayıcı hidrojen gazı tahliyesi, ex-proof havalandırma, asit sızıntı havuzu ve elektrik panosu güvenlik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HAVALANDIRMA VE GAZ EMNİYETİ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Tavan kotunda çalışan ex-proof havalandırma fanı çalışıyor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Havalandırma fanı durduğunda redresörleri otomatik kesen interlock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Ortamda hidrojen gaz algılama ve alarm dedektörü takılı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ELEKTRİKSEL VE REDRESÖR GÜVENLİĞİ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Şarj soketlerinde ve kablolarda ezilme, gevşeklik veya ark izi var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Redresör metal gövdeleri topraklama barasına bağlı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Akü kutup başlarında koruyucu yalıtkan plastik kapaklar takılı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ASİT KORUMASI VE İLKYARDIM DONANIMI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Acil göz ve boy duşu çalışır durumda ve su basıncı uygun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Asite dayanıklı önlük, yüz siperi ve nitril eldiven dolapta hazır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Asit dökülmelerine karşı nötralize edici toz/kit mevcut mu?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Endüstriyel Akü Şarj İstasyonları Elektrik ve Havalandırma Kontrol Şablonu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Akü şarj odası kapısında 'Sigara İçilmez - Ateşle Yaklaşılmaz' levhası var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Şarj esnasında akü hücre kapakları havalandırma pozisyonuna alınıyor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Şarj fişleri çekilmeden önce redresör üzerindeki kapatma butonuna basılıyor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Ex-proof havalandırma fanının hava debisi hidrojen tahliyesi için yeterli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Zemin asite dayanıklı epoksi boya veya seramik kaplama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Acil göz duşunun haftalık akış ve hijyen kontrolü yapıldı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Kıvılcım çıkarabilecek alet ve ekipmanlar şarj odasından arındırıldı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Akü şarj personeline asit yanıkları ve kimyasal İSG eğitimi verildi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