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ELK-İSG-585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1000V YALITIMLI EL ALETLERI VE ELEKTRIKÇI KKD PERIYODIK MUAYENE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1000V Yalıtımlı El Aletleri ve Elektrikçi KKD Periyodik Muayene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TS EN 60900 standartlı 1000V çift yalıtımlı el aletleri (pense, tornavida, klemens tornavidası) ile TS EN 60903 yalıtkan kauçuk eldivenlerin mekanik ve dielektrik muayene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1000V İZOLE EL ALETLERİ KONTROLÜ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El aletleri üzerinde 1000V ve çift üçgen (1000V AC / 1500V DC) sembolü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Tornavida ve pense saplarında çatlak, kesik veya soyulma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İç katman rengi dışarıya çıkmış aşınmış aletler ıskartaya ayrıldı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YALITKAN ELDİVEN VE DİELEKTRİK KKD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Eldiven sınıfı gerilim seviyesine uygun mu? (Sınıf 00: 500V, Sınıf 0: 1000V)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Eldivenler her vardiya öncesi elle yuvarlanıp hava testiyle kontrol ediliyor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Kauçuk eldiven üzerine koruyucu deri eldiven takılıyor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DEPOLAMA VE BAKIM ŞARTLARI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Alet ve eldivenler UV ışık, yağ ve nemden uzak özel çantasında mı saklanıyor?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Eldivenlerin son akredite dielektrik test tarihi 6 ayı geçmiş mi?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1000V Yalıtımlı El Aletleri ve Elektrikçi KKD Periyodik Muayene Şablonu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Pense ve tornavida gövdelerinde metal kısımlar sadece uçta açıkta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Alet çantalarında yalıtımsız çıplak anahtar veya pense bulunmuyor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Yalıtkan eldivenlerde gözle görülen delinme, yapışma veya yırtık yok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Hava sızdırmazlık testinde eldiven hava kaçırmadan şişkin kalıyor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Dielektrik iş ayakkabısı tabanında metal çivi, talaş veya aşınma yok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Elektrik kasklarında EN 50365 (1000V yalıtım sınıfı) onay kodu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Kaskın ark vizörü yüzü tam kapatıyor ve optik netliği temiz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Yıllık el aleti ve KKD muayene tutanağı dosyalandı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