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ELEKTRİK VE TESİSAT GÜVENLİĞİ DENETİM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ELK-İSG-547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KABLO KANALLARI, BUSBAR TESISATI VE YANGIN DURDURUCU (FIRESTOP)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ELEKTRIK VE TESISAT GÜVENLIĞI FORMLARI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YAYIN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Kablo Kanalları, Busbar Tesisatı ve Yangın Durdurucu (Firestop)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Kablo tavaları, busbar enerji dağıtım hatları ve elektrik şaftlarının yangın kompartıman duvarlarından geçiş noktalarındaki TS EN 1366-3 yangın durdurucu (Firestop) yalıtım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1. YANGIN KOMPARTIMAN GEÇİŞLERİ (FIRESTOP)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Duvar ve döşeme geçişlerinde yangın harcı/mastiği eksiksiz uygulanmış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Firestop malzemesinin üzerinde sertifika etiketi ve montaj tarihi yazıyor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Geçiş noktasında duman sızmasına izin verecek boşluk kalmış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2. KABLO TAVALARI VE MEKANİK TAŞIYICILAR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Tava ek yerlerinde sarı-yeşil topraklama iletken köprüleri takılı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Tavalarda aşırı yükleme ve kablo yığılması var mı? (Doluluk &lt;%50 mi?)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Kuvvet ve zayıf akım kabloları ayrı tavalarda veya seperatörle mi taşınıyor?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B45309"/>
          <w:sz w:val="25"/>
        </w:rPr>
        <w:t>3. BUSBAR SİSTEMİ GÜVENLİK KONTROLLERİ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Busbar gövde topraklama sürekliliği kontrol edildi mi?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Çıkış kutuları (plug-in) kilitleri sağlam ve kilitli mi?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B45309"/>
          <w:sz w:val="25"/>
        </w:rPr>
        <w:t>Kablo Kanalları, Busbar Tesisatı ve Yangın Durdurucu Denetim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Kontrol ve Muayene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Ölçüm / Aksiyon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Tüm elektrik şaftı kat geçişleri yangın yalıtım harcıyla kapatılmış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Kablo kanalı topraklama geçiş direnci 0.5 Ohm altında ölçüldü mü?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Kablo tavalarında kablo ağırlığından dolayı sarkma veya askı eğilmesi yok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Tavalar içindeki güç kablolarında aşırı ısınma veya koku tespiti yapıldı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Busbar ek noktalarında termal kamera taramasında aşırı ısınma yok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Kablo kanalları acil kaçış yollarında baş çarpma yüksekliğini aşıyor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Yangına dayanıklı kablolar (halogen-free) yangın linyelerinde kullanılmış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Yangın durdurucu montaj tutanağı İSG dosyasına eklendi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Kusurlu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Değer: ..............</w:t>
              <w:br/>
              <w:t>Aksiyon: ...........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ELEKTRİK MÜHENDİSİ / TEKNİKERİ</w:t>
              <w:br/>
              <w:t>Adı Soyadı: ........................</w:t>
              <w:br/>
              <w:t>Oda Sicil No: 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İSG UZMANI (A/B/C SINIFI)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TESİS / FABRİKA MÜDÜRÜ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