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ELK-İSG-556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PARLAYICI/YANICI SIVI AKTARIMINDA STATIK ELEKTRIK TOPRAKLAMA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Parlayıcı/Yanıcı Sıvı Aktarımında Statik Elektrik Topraklama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Tiner, solvent, benzin ve alkol gibi parlayıcı sıvıların tankerlerden depolara aktarımı esnasında sürtünmeyle oluşan statik kıvılcımları önleyen topraklama pensesi, izleme cihazı ve potansiyel dengeleme formu.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AKTARIM NOKTASI VE KİMYASAL TÜRÜ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Aktarılan Sıvı Türü: [  ] Solvent / Tiner  [  ] Akaryakıt  [  ] Alkol / Hammadde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Dolum Sahası: .......................................................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Topraklama Sistemi: [  ] Elektronik Kilitli Panel  [  ] Mekanik Klemens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TOPRAKLAMA VE BAĞLANTI KONTROLLERİ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Topraklama pensesi boyayı delerek temiz metale sağlam tutunuyor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Elektronik izleme cihazı yeşil onay ışığını yaktı mı? (R &lt; 10 Ohm)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Varil ve alıcı kap arasına potansiyel dengeleme (bonding) teli takıldı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İŞLETME VE AKIŞ GÜVENLİĞİ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Doldurma borusu tank tabanına kadar indirildi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Dolum personeli anti-statik iş ayakkabısı (EN ISO 20345 ESD) giyiyor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Parlayıcı/Yanıcı Sıvı Aktarımında Statik Elektrik Topraklama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Statik topraklama pensesi çelik kordonunda kopukluk veya korozyon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Topraklama pensesi söküldüğünde pompa otomatik olarak duruyor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Tanker sahasında statik topraklama yayılma direnci 10 Ohm altında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Plastik veya yalıtkan kovalara yanıcı sıvı aktarımı kesinlikle yasaklandı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Aktarım sahasında ATEX onaylı kıvılcım çıkarmaz (bronz) el aletleri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Personelin pamuklu veya anti-statik kumaş giydiği kontrol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Dolum sahasında en az 2 adet 12 kg kuru kimyevi tozlu yangın tüpü hazır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Dolum öncesi topraklama onay protokolü operatörce imzalandı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