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ELK-İSG-865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BASINÇLI KAP VE KOMPRESÖR ELEKTRIK MOTORLARI VE OTOMASYON KONTROL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Basınçlı Kap ve Kompresör Elektrik Motorları ve Otomasyon Kontrol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Endüstriyel vidalı ve pistonlu kompresörlerin elektrik motorları, termik koruma şalterleri, basınç presostatı emniyeti, faz sırası rölesi ve acil durdurma devreleri denetim formu.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ELEKTRİK MOTORU VE GÜÇ DEVRESİ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Motor etiket akımı (In) ile termik röle ayar akımı birbirine uygun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Faz koruma ve faz sırası rölesi panoda aktif olarak çalışıyor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Yıldız-üçgen geçiş kontaktörlerinde ark veya aşınma var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OTOMASYON VE BASINÇ EMNİYETİ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Presostat ayarlanan basınçta (örn. 8 bar) motoru otomatik durduruyor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Yüksek basınç acil emniyet devre kesicisi çalışıyor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Motor gövdesi ve kompresör hava tankı ayrı ayrı topraklanmış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ACİL DURDURMA VE KORUMA MUHAFAZALARI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Acil stop butonu basıldığında anında duruş sağlıyor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Kayış-kasnak hareketli parçaları üzerinde emniyet muhafazası tam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Basınçlı Kap ve Kompresör Elektrik Motorları ve Otomasyon Kontrol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Motor klemens kutusu kapağı kapalı ve kablo rakoru sıkı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Kompresör hava tankı gövde topraklama direnci 2 Ohm altında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Presostat kontaklarında ark sebebiyle yapışma veya kararma yok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Kurutucu ünitesi elektrik beslemesi ve yoğuşma tahliyesi çalışıyor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Motor sargı izolasyon direnci megger ile test edilip &gt; 1 MegaOhm bulundu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Kompresör dairesi havalandırması motorun aşırı ısınmasını önlüyor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Acil stop butonu takılmadan kilitleniyor ve resetlemeden çalışmıyor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Elektrik ve basınçlı kap periyodik kontrol etiketleri güncel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