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ŞANTİYE VE SAHA İSG DENETİM YÖNETİM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SNT-İSG-131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HAFTALIK ŞANTIYE İSG GENEL DENETIM VE PUANLAMA RAPOR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ŞANTIYE VE SAHA DENETIM LISTELERI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DENETİM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Haftalık Şantiye İSG Genel Denetim ve Puanlama Rapor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Proje Müdürü, Şantiye Şefi ve İSG Başuzmanının ortaklaşa gerçekleştirdiği haftalık şantiye teknik denetimi, taşeron performans değerlendirmesi ve aksiyon takip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PROJE VE KATILIMCI BİLGİLERİ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Proje Adı ve Blok No: ................................................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Denetim Heyeti: Proje Müdürü, Şantiye Şefi, İSG Uzmanı, Taşeron Temsilcileri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Sahada Aktif Çalışan Sayısı (Kendi Personeli / Taşeron): .............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BÖLÜM BAZINDA HAFTALIK UYGUNSUZLUK ÖZETİ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Yüksekte Çalışma ve İskeleler: [  ] Uygun  [  ] Kusurlu (Açıklama: .............)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Kazı ve İksa Sistemleri: [  ] Uygun  [  ] Kusurlu (Açıklama: .............)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Elektrik ve Aydınlatma: [  ] Uygun  [  ] Kusurlu (Açıklama: .............)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Sosyal Tesisler ve Hijyen: [  ] Uygun  [  ] Kusurlu (Açıklama: .............)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GEÇEN HAFTANIN AKSİYON TAKİBİ VE YENİ KARARLAR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Kapatılan Uygunsuzluk Sayısı: ..... / Kapatılmayan (Geciken) Sayısı: .....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Ceza / İhtar Uygulanan Alt Yüklenici Firma: .........................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Haftalık Şantiye İSG Genel Denetim ve Puanlama Rapor Şablonu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Saha Denetim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Termin / Sorumlu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Geçen haftadan devreden kritik İSG aksiyonları kapatılmış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Şantiye çevre çiti ve güvenlik kapısı nizamiye kontrolü tam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Kule vinçlerin haftalık bom ve çelik halat kontrolleri yapıldı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Alt yüklenicilerin haftalık Toolbox konuşma tutanakları teslim edildi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Saha içi acil kaçış yolları ve acil toplanma alanı açık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Atık ayrıştırma sahasında tehlikeli atıklar sızdırmaz konteynerde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İlk yardım odasında sedye, boyunluk ve acil müdahale seti hazır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Haftalık İSG Raporu Proje Müdürü tarafından onaylandı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İSG DENETÇİSİ / UZMANI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SAHA MÜHENDİSİ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PROJE MÜDÜRÜ / İŞVEREN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