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SNT-İSG-431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DERIN KAZI, İKSA VE ŞEV GÜVENLIĞI SAHA KONTROL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Derin Kazı, İksa ve Şev Güvenliği Saha Kontrol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Temel kazıları, derin hendekler, fore kazık ve kuyu iksa sistemlerinde göçük tehlikesini önleyen zemin oturması, şev açısı, drenaj ve kazı kenar korkulukları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KAZI PROJESİ VE ZEMİN PARAMETRELERİ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Kazı Derinliği (m) ve Zemin Sınıfı: 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İksa Tipi: [  ] Fore Kazık  [  ] Çelik Palplanş  [  ] Açık Şevli Kazı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Jeoloji / Geoteknik Mühendisi günlük onay raporu alındı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İKSA VE ŞEV YAPISAL SAĞLAMLIK KONTROLÜ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İksa göğüsleme kirişlerinde veya ankraj plakalarında eğilme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Şev yüzeyinde çatlak, dökülme veya kayma belirtisi gözlendi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Yeraltı suyu birikmesi var mı? Drenaj pompaları faal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ÇEVRE EMNİYETİ VE GİRİŞ ÇIKIŞLAR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Kazı kenarından 2 metre içine hafriyat dökümü ve kamyon girişi engellendi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Kazı çukuruna iniş için korkuluklu güvenli merdiven var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Derin Kazı, İksa ve Şev Güvenliği Saha Kontrol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Kazı kenarına en az 100 cm boyunda sağlam çelik korkuluk çekildi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Kazı çukuru içinde personelin kaçışını sağlayacak merdivenler mevcut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Kazı alanında yeraltı elektrik, gaz veya su borusu tespiti yapıldı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Kazı tabanında su birikmesini önleyici dalgıç pompalar çalışıyor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Aşırı yağmur sonrası iksa ve şev stabilitesi yeniden incelendi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Kazı kenarında gece için sarı/kırmızı flaşörlü uyarı ışıkları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Ekskavatörün çalışma yarıçapına personelin girişi yasaklandı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Kazı emniyet tutanağı Şantiye Şefi tarafından onaylandı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