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İŞ KAZASI SONRASI İŞE DÖNÜŞ VE UYUM SAĞLIK PROTOKOLÜ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SGK-KZA-2026-14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ÇALIŞAN VE KAZA İSTİRAHAT GEÇMİŞİ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Çalışanın Adı Soyadı, Görevi ve kaza tarihi kaydedildi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Toplam istirahat süresi ve geçirdiği ameliyat/tedavi detayları dosyalandı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İŞYERİ HEKİMİ MUAYENE VE KISITLILIK KARARI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Fiziksel muayene yapılarak çalışanın mevcut fonksiyonel kapasitesi ölçüldü mü?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Ağır yük kaldırma, titreşimli el aleti kullanımı gibi kısıtlar rapora işlendi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YENİ GÖREV ATAMASI VE BİLGİLENDİRME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Çalışanın kısıtlılık durumuna uygun yeni hafif görevi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Bölüm ilk amiri ve çalışana kısıtlamalar yazılı tebliğ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