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50'DEN AZ ÇALIŞANI OLAN AZ TEHLIKELI İŞYERLERINDE İŞVEREN İSG HIZMETI TAAHHÜTNAMESI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ISG-KTP-2026-20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İŞVEREN VE İŞYERİ TESCİL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İşyerinin NACE kodu ve tehlike sınıfının Az Tehlikeli olduğu teyit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İşyerindeki toplam çalışan sayısının 50'nin altında olduğu SGK bildirgesiyle doğrulandı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İşverenin / vekilinin Adı Soyadı, TC Kimlik Numarası ve şirket ortaklık statüsü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EĞİTİM BELGESİ VE SİSTEM TESCİLİ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Yetkili üniversite tarafından düzenlenen İSG Tamamlama Belgesi tarih ve no belirtildi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İSG-Katip sistemi üzerinden 'İşveren Hizmeti Üstlenme' kaydı aktif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YÜKÜMLÜLÜK VE SAĞLIK TAAHHÜDÜ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Risk analizi, acil durum planı ve eğitimlerin eksiksiz yapılacağı taahhüt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Sağlık muayenelerinin kamu sağlık kuruluşlarından temin edileceği kabul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