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12"/>
        <w:gridCol w:w="3312"/>
        <w:gridCol w:w="3312"/>
      </w:tblGrid>
      <w:tr>
        <w:tc>
          <w:tcPr>
            <w:tcW w:type="dxa" w:w="2592"/>
            <w:tcMar>
              <w:top w:w="100" w:type="dxa"/>
              <w:bottom w:w="100" w:type="dxa"/>
              <w:left w:w="120" w:type="dxa"/>
              <w:right w:w="120" w:type="dxa"/>
            </w:tcMar>
            <w:shd w:val="clear" w:color="auto" w:fill="F0F9FF"/>
          </w:tcPr>
          <w:p>
            <w:pPr>
              <w:jc w:val="center"/>
            </w:pPr>
            <w:r>
              <w:rPr>
                <w:rFonts w:ascii="Calibri" w:hAnsi="Calibri"/>
                <w:b/>
                <w:color w:val="1E3A8A"/>
                <w:sz w:val="19"/>
              </w:rPr>
              <w:t>T.C. ÇSGB &amp; İSG-KATİP</w:t>
              <w:br/>
              <w:t>UYUMLU BELGE</w:t>
            </w:r>
          </w:p>
        </w:tc>
        <w:tc>
          <w:tcPr>
            <w:tcW w:type="dxa" w:w="5184"/>
            <w:tcMar>
              <w:top w:w="100" w:type="dxa"/>
              <w:bottom w:w="100" w:type="dxa"/>
              <w:left w:w="120" w:type="dxa"/>
              <w:right w:w="120" w:type="dxa"/>
            </w:tcMar>
            <w:shd w:val="clear" w:color="auto" w:fill="FFFFFF"/>
          </w:tcPr>
          <w:p>
            <w:pPr>
              <w:jc w:val="center"/>
            </w:pPr>
            <w:r>
              <w:rPr>
                <w:rFonts w:ascii="Calibri" w:hAnsi="Calibri"/>
                <w:b/>
                <w:color w:val="0F172A"/>
                <w:sz w:val="21"/>
              </w:rPr>
              <w:t>İŞ SAĞLIĞI VE GÜVENLİĞİ BİLGİ SİSTEMİ</w:t>
              <w:br/>
              <w:t>NACE KODU VE TEHLIKE SINIFI DEĞIŞIKLIĞI İTIRAZ DILEKÇESI ŞABLONU (WORD)</w:t>
            </w:r>
          </w:p>
        </w:tc>
        <w:tc>
          <w:tcPr>
            <w:tcW w:type="dxa" w:w="2592"/>
            <w:tcMar>
              <w:top w:w="100" w:type="dxa"/>
              <w:bottom w:w="100" w:type="dxa"/>
              <w:left w:w="120" w:type="dxa"/>
              <w:right w:w="120" w:type="dxa"/>
            </w:tcMar>
            <w:shd w:val="clear" w:color="auto" w:fill="F8FAFC"/>
          </w:tcPr>
          <w:p>
            <w:pPr>
              <w:jc w:val="left"/>
            </w:pPr>
            <w:r>
              <w:rPr>
                <w:rFonts w:ascii="Calibri" w:hAnsi="Calibri"/>
                <w:color w:val="475569"/>
                <w:sz w:val="17"/>
              </w:rPr>
              <w:t>Doküman No: ISG-KTP-2026-03</w:t>
              <w:br/>
              <w:t>Yayın Trh: 01.09.2026</w:t>
              <w:br/>
              <w:t>Revizyon No: 02</w:t>
              <w:br/>
              <w:t>Sayfa: 1 / 1</w:t>
            </w:r>
          </w:p>
        </w:tc>
      </w:tr>
    </w:tbl>
    <w:p>
      <w:pPr>
        <w:spacing w:after="12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84"/>
        <w:gridCol w:w="2484"/>
        <w:gridCol w:w="2484"/>
        <w:gridCol w:w="2484"/>
      </w:tblGrid>
      <w:tr>
        <w:tc>
          <w:tcPr>
            <w:tcW w:type="dxa" w:w="2592"/>
            <w:shd w:val="clear" w:color="auto" w:fill="F1F5F9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b/>
                <w:color w:val="1E3A8A"/>
                <w:sz w:val="18"/>
              </w:rPr>
              <w:t>İşyeri SGK Sicil No:</w:t>
            </w:r>
          </w:p>
        </w:tc>
        <w:tc>
          <w:tcPr>
            <w:tcW w:type="dxa" w:w="2592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7"/>
              </w:rPr>
              <w:t>..................................................</w:t>
            </w:r>
          </w:p>
        </w:tc>
        <w:tc>
          <w:tcPr>
            <w:tcW w:type="dxa" w:w="2592"/>
            <w:shd w:val="clear" w:color="auto" w:fill="F1F5F9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b/>
                <w:color w:val="1E3A8A"/>
                <w:sz w:val="18"/>
              </w:rPr>
              <w:t>İşyeri Unvanı:</w:t>
            </w:r>
          </w:p>
        </w:tc>
        <w:tc>
          <w:tcPr>
            <w:tcW w:type="dxa" w:w="2592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7"/>
              </w:rPr>
              <w:t>..................................................</w:t>
            </w:r>
          </w:p>
        </w:tc>
      </w:tr>
      <w:tr>
        <w:tc>
          <w:tcPr>
            <w:tcW w:type="dxa" w:w="2592"/>
            <w:shd w:val="clear" w:color="auto" w:fill="F1F5F9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b/>
                <w:color w:val="1E3A8A"/>
                <w:sz w:val="18"/>
              </w:rPr>
              <w:t>Tehlike Sınıfı / NACE:</w:t>
            </w:r>
          </w:p>
        </w:tc>
        <w:tc>
          <w:tcPr>
            <w:tcW w:type="dxa" w:w="2592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7"/>
              </w:rPr>
              <w:t>Az Tehlikeli [ ]  Tehlikeli [ ]  Çok Tehlikeli [ ]</w:t>
            </w:r>
          </w:p>
        </w:tc>
        <w:tc>
          <w:tcPr>
            <w:tcW w:type="dxa" w:w="2592"/>
            <w:shd w:val="clear" w:color="auto" w:fill="F1F5F9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b/>
                <w:color w:val="1E3A8A"/>
                <w:sz w:val="18"/>
              </w:rPr>
              <w:t>İSG Profesyoneli / Sicil:</w:t>
            </w:r>
          </w:p>
        </w:tc>
        <w:tc>
          <w:tcPr>
            <w:tcW w:type="dxa" w:w="2592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7"/>
              </w:rPr>
              <w:t>..................................................</w:t>
            </w:r>
          </w:p>
        </w:tc>
      </w:tr>
    </w:tbl>
    <w:p>
      <w:pPr>
        <w:spacing w:after="160"/>
      </w:pPr>
    </w:p>
    <w:p>
      <w:pPr>
        <w:spacing w:before="160" w:after="80"/>
      </w:pPr>
      <w:r>
        <w:rPr>
          <w:rFonts w:ascii="Calibri" w:hAnsi="Calibri"/>
          <w:b/>
          <w:color w:val="1E3A8A"/>
          <w:sz w:val="22"/>
        </w:rPr>
        <w:t>1. İŞYERİ VE FAALİYET BİLGİLERİ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84"/>
        <w:gridCol w:w="2484"/>
        <w:gridCol w:w="2484"/>
        <w:gridCol w:w="2484"/>
      </w:tblGrid>
      <w:tr>
        <w:tc>
          <w:tcPr>
            <w:tcW w:type="dxa" w:w="864"/>
            <w:shd w:val="clear" w:color="auto" w:fill="1E3A8A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S.No</w:t>
            </w:r>
          </w:p>
        </w:tc>
        <w:tc>
          <w:tcPr>
            <w:tcW w:type="dxa" w:w="6048"/>
            <w:shd w:val="clear" w:color="auto" w:fill="1E3A8A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İSG-Katip İşlem ve Mevzuat Kontrol Kriteri</w:t>
            </w:r>
          </w:p>
        </w:tc>
        <w:tc>
          <w:tcPr>
            <w:tcW w:type="dxa" w:w="1440"/>
            <w:shd w:val="clear" w:color="auto" w:fill="1E3A8A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Durum</w:t>
            </w:r>
          </w:p>
        </w:tc>
        <w:tc>
          <w:tcPr>
            <w:tcW w:type="dxa" w:w="2016"/>
            <w:shd w:val="clear" w:color="auto" w:fill="1E3A8A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Açıklama / Kanıt No</w:t>
            </w:r>
          </w:p>
        </w:tc>
      </w:tr>
      <w:tr>
        <w:tc>
          <w:tcPr>
            <w:tcW w:type="dxa" w:w="864"/>
            <w:shd w:val="clear" w:color="auto"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type="dxa" w:w="6048"/>
            <w:shd w:val="clear" w:color="auto"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8"/>
              </w:rPr>
              <w:t>İşyerinin ticaret unvanı, vergi kimlik no ve SGK işyeri sicil numarası doğru yazıldı mı?</w:t>
            </w:r>
          </w:p>
        </w:tc>
        <w:tc>
          <w:tcPr>
            <w:tcW w:type="dxa" w:w="1440"/>
            <w:shd w:val="clear" w:color="auto"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sz w:val="17"/>
              </w:rPr>
              <w:t>U [  ]  UD [  ]  M [  ]</w:t>
            </w:r>
          </w:p>
        </w:tc>
        <w:tc>
          <w:tcPr>
            <w:tcW w:type="dxa" w:w="2016"/>
            <w:shd w:val="clear" w:color="auto"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7"/>
              </w:rPr>
            </w:r>
          </w:p>
        </w:tc>
      </w:tr>
      <w:tr>
        <w:tc>
          <w:tcPr>
            <w:tcW w:type="dxa" w:w="864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sz w:val="18"/>
              </w:rPr>
              <w:t>2</w:t>
            </w:r>
          </w:p>
        </w:tc>
        <w:tc>
          <w:tcPr>
            <w:tcW w:type="dxa" w:w="6048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8"/>
              </w:rPr>
              <w:t>Mevcut tescilli NACE kodu ile talep edilen doğru NACE kodu açıkça belirtildi mi?</w:t>
            </w:r>
          </w:p>
        </w:tc>
        <w:tc>
          <w:tcPr>
            <w:tcW w:type="dxa" w:w="1440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sz w:val="17"/>
              </w:rPr>
              <w:t>U [  ]  UD [  ]  M [  ]</w:t>
            </w:r>
          </w:p>
        </w:tc>
        <w:tc>
          <w:tcPr>
            <w:tcW w:type="dxa" w:w="2016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7"/>
              </w:rPr>
            </w:r>
          </w:p>
        </w:tc>
      </w:tr>
      <w:tr>
        <w:tc>
          <w:tcPr>
            <w:tcW w:type="dxa" w:w="864"/>
            <w:shd w:val="clear" w:color="auto"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sz w:val="18"/>
              </w:rPr>
              <w:t>3</w:t>
            </w:r>
          </w:p>
        </w:tc>
        <w:tc>
          <w:tcPr>
            <w:tcW w:type="dxa" w:w="6048"/>
            <w:shd w:val="clear" w:color="auto"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8"/>
              </w:rPr>
              <w:t>İşyerinde yürütülen ana faaliyet konusuna ilişkin detaylı teknik iş akış şeması eklendi mi?</w:t>
            </w:r>
          </w:p>
        </w:tc>
        <w:tc>
          <w:tcPr>
            <w:tcW w:type="dxa" w:w="1440"/>
            <w:shd w:val="clear" w:color="auto"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sz w:val="17"/>
              </w:rPr>
              <w:t>U [  ]  UD [  ]  M [  ]</w:t>
            </w:r>
          </w:p>
        </w:tc>
        <w:tc>
          <w:tcPr>
            <w:tcW w:type="dxa" w:w="2016"/>
            <w:shd w:val="clear" w:color="auto"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7"/>
              </w:rPr>
            </w:r>
          </w:p>
        </w:tc>
      </w:tr>
    </w:tbl>
    <w:p>
      <w:pPr>
        <w:spacing w:after="80"/>
      </w:pPr>
    </w:p>
    <w:p>
      <w:pPr>
        <w:spacing w:before="160" w:after="80"/>
      </w:pPr>
      <w:r>
        <w:rPr>
          <w:rFonts w:ascii="Calibri" w:hAnsi="Calibri"/>
          <w:b/>
          <w:color w:val="1E3A8A"/>
          <w:sz w:val="22"/>
        </w:rPr>
        <w:t>2. EKLENECEK RESMİ BELGELER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84"/>
        <w:gridCol w:w="2484"/>
        <w:gridCol w:w="2484"/>
        <w:gridCol w:w="2484"/>
      </w:tblGrid>
      <w:tr>
        <w:tc>
          <w:tcPr>
            <w:tcW w:type="dxa" w:w="864"/>
            <w:shd w:val="clear" w:color="auto" w:fill="1E3A8A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S.No</w:t>
            </w:r>
          </w:p>
        </w:tc>
        <w:tc>
          <w:tcPr>
            <w:tcW w:type="dxa" w:w="6048"/>
            <w:shd w:val="clear" w:color="auto" w:fill="1E3A8A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İSG-Katip İşlem ve Mevzuat Kontrol Kriteri</w:t>
            </w:r>
          </w:p>
        </w:tc>
        <w:tc>
          <w:tcPr>
            <w:tcW w:type="dxa" w:w="1440"/>
            <w:shd w:val="clear" w:color="auto" w:fill="1E3A8A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Durum</w:t>
            </w:r>
          </w:p>
        </w:tc>
        <w:tc>
          <w:tcPr>
            <w:tcW w:type="dxa" w:w="2016"/>
            <w:shd w:val="clear" w:color="auto" w:fill="1E3A8A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Açıklama / Kanıt No</w:t>
            </w:r>
          </w:p>
        </w:tc>
      </w:tr>
      <w:tr>
        <w:tc>
          <w:tcPr>
            <w:tcW w:type="dxa" w:w="864"/>
            <w:shd w:val="clear" w:color="auto"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type="dxa" w:w="6048"/>
            <w:shd w:val="clear" w:color="auto"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8"/>
              </w:rPr>
              <w:t>Güncel Türkiye Ticaret Sicili Gazetesi örneği dilekçe ekine konuldu mu?</w:t>
            </w:r>
          </w:p>
        </w:tc>
        <w:tc>
          <w:tcPr>
            <w:tcW w:type="dxa" w:w="1440"/>
            <w:shd w:val="clear" w:color="auto"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sz w:val="17"/>
              </w:rPr>
              <w:t>U [  ]  UD [  ]  M [  ]</w:t>
            </w:r>
          </w:p>
        </w:tc>
        <w:tc>
          <w:tcPr>
            <w:tcW w:type="dxa" w:w="2016"/>
            <w:shd w:val="clear" w:color="auto"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7"/>
              </w:rPr>
            </w:r>
          </w:p>
        </w:tc>
      </w:tr>
      <w:tr>
        <w:tc>
          <w:tcPr>
            <w:tcW w:type="dxa" w:w="864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sz w:val="18"/>
              </w:rPr>
              <w:t>2</w:t>
            </w:r>
          </w:p>
        </w:tc>
        <w:tc>
          <w:tcPr>
            <w:tcW w:type="dxa" w:w="6048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8"/>
              </w:rPr>
              <w:t>Vergi Levhası ve varsa Sanayi Sicil Belgesi / Kapasite Raporu eklendi mi?</w:t>
            </w:r>
          </w:p>
        </w:tc>
        <w:tc>
          <w:tcPr>
            <w:tcW w:type="dxa" w:w="1440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sz w:val="17"/>
              </w:rPr>
              <w:t>U [  ]  UD [  ]  M [  ]</w:t>
            </w:r>
          </w:p>
        </w:tc>
        <w:tc>
          <w:tcPr>
            <w:tcW w:type="dxa" w:w="2016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7"/>
              </w:rPr>
            </w:r>
          </w:p>
        </w:tc>
      </w:tr>
      <w:tr>
        <w:tc>
          <w:tcPr>
            <w:tcW w:type="dxa" w:w="864"/>
            <w:shd w:val="clear" w:color="auto"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sz w:val="18"/>
              </w:rPr>
              <w:t>3</w:t>
            </w:r>
          </w:p>
        </w:tc>
        <w:tc>
          <w:tcPr>
            <w:tcW w:type="dxa" w:w="6048"/>
            <w:shd w:val="clear" w:color="auto"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8"/>
              </w:rPr>
              <w:t>İşyerinde çalışan personelin meslek kodu dağılım listesi hazırlandı mı?</w:t>
            </w:r>
          </w:p>
        </w:tc>
        <w:tc>
          <w:tcPr>
            <w:tcW w:type="dxa" w:w="1440"/>
            <w:shd w:val="clear" w:color="auto"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sz w:val="17"/>
              </w:rPr>
              <w:t>U [  ]  UD [  ]  M [  ]</w:t>
            </w:r>
          </w:p>
        </w:tc>
        <w:tc>
          <w:tcPr>
            <w:tcW w:type="dxa" w:w="2016"/>
            <w:shd w:val="clear" w:color="auto"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7"/>
              </w:rPr>
            </w:r>
          </w:p>
        </w:tc>
      </w:tr>
    </w:tbl>
    <w:p>
      <w:pPr>
        <w:spacing w:after="80"/>
      </w:pPr>
    </w:p>
    <w:p>
      <w:pPr>
        <w:spacing w:before="160" w:after="80"/>
      </w:pPr>
      <w:r>
        <w:rPr>
          <w:rFonts w:ascii="Calibri" w:hAnsi="Calibri"/>
          <w:b/>
          <w:color w:val="1E3A8A"/>
          <w:sz w:val="22"/>
        </w:rPr>
        <w:t>3. TALEP VE İMZA BEYANI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84"/>
        <w:gridCol w:w="2484"/>
        <w:gridCol w:w="2484"/>
        <w:gridCol w:w="2484"/>
      </w:tblGrid>
      <w:tr>
        <w:tc>
          <w:tcPr>
            <w:tcW w:type="dxa" w:w="864"/>
            <w:shd w:val="clear" w:color="auto" w:fill="1E3A8A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S.No</w:t>
            </w:r>
          </w:p>
        </w:tc>
        <w:tc>
          <w:tcPr>
            <w:tcW w:type="dxa" w:w="6048"/>
            <w:shd w:val="clear" w:color="auto" w:fill="1E3A8A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İSG-Katip İşlem ve Mevzuat Kontrol Kriteri</w:t>
            </w:r>
          </w:p>
        </w:tc>
        <w:tc>
          <w:tcPr>
            <w:tcW w:type="dxa" w:w="1440"/>
            <w:shd w:val="clear" w:color="auto" w:fill="1E3A8A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Durum</w:t>
            </w:r>
          </w:p>
        </w:tc>
        <w:tc>
          <w:tcPr>
            <w:tcW w:type="dxa" w:w="2016"/>
            <w:shd w:val="clear" w:color="auto" w:fill="1E3A8A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Açıklama / Kanıt No</w:t>
            </w:r>
          </w:p>
        </w:tc>
      </w:tr>
      <w:tr>
        <w:tc>
          <w:tcPr>
            <w:tcW w:type="dxa" w:w="864"/>
            <w:shd w:val="clear" w:color="auto"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type="dxa" w:w="6048"/>
            <w:shd w:val="clear" w:color="auto"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8"/>
              </w:rPr>
              <w:t>Hatalı tehlike sınıfının düzeltilerek İSG-Katip sistemine yansıtılması talep edildi mi?</w:t>
            </w:r>
          </w:p>
        </w:tc>
        <w:tc>
          <w:tcPr>
            <w:tcW w:type="dxa" w:w="1440"/>
            <w:shd w:val="clear" w:color="auto"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sz w:val="17"/>
              </w:rPr>
              <w:t>U [  ]  UD [  ]  M [  ]</w:t>
            </w:r>
          </w:p>
        </w:tc>
        <w:tc>
          <w:tcPr>
            <w:tcW w:type="dxa" w:w="2016"/>
            <w:shd w:val="clear" w:color="auto"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7"/>
              </w:rPr>
            </w:r>
          </w:p>
        </w:tc>
      </w:tr>
      <w:tr>
        <w:tc>
          <w:tcPr>
            <w:tcW w:type="dxa" w:w="864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sz w:val="18"/>
              </w:rPr>
              <w:t>2</w:t>
            </w:r>
          </w:p>
        </w:tc>
        <w:tc>
          <w:tcPr>
            <w:tcW w:type="dxa" w:w="6048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8"/>
              </w:rPr>
              <w:t>Şirket imza sirkülerine uygun yetkili imza ve kaşe tamamlandı mı?</w:t>
            </w:r>
          </w:p>
        </w:tc>
        <w:tc>
          <w:tcPr>
            <w:tcW w:type="dxa" w:w="1440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sz w:val="17"/>
              </w:rPr>
              <w:t>U [  ]  UD [  ]  M [  ]</w:t>
            </w:r>
          </w:p>
        </w:tc>
        <w:tc>
          <w:tcPr>
            <w:tcW w:type="dxa" w:w="2016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7"/>
              </w:rPr>
            </w:r>
          </w:p>
        </w:tc>
      </w:tr>
    </w:tbl>
    <w:p>
      <w:pPr>
        <w:spacing w:after="80"/>
      </w:pPr>
    </w:p>
    <w:p>
      <w:pPr>
        <w:spacing w:before="16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12"/>
        <w:gridCol w:w="3312"/>
        <w:gridCol w:w="3312"/>
      </w:tblGrid>
      <w:tr>
        <w:tc>
          <w:tcPr>
            <w:tcW w:type="dxa" w:w="3456"/>
            <w:shd w:val="clear" w:color="auto" w:fill="1E3A8A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İŞVEREN / İŞVEREN VEKİLİ</w:t>
            </w:r>
          </w:p>
        </w:tc>
        <w:tc>
          <w:tcPr>
            <w:tcW w:type="dxa" w:w="3456"/>
            <w:shd w:val="clear" w:color="auto" w:fill="1E3A8A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İŞ GÜVENLİĞİ UZMANI</w:t>
            </w:r>
          </w:p>
        </w:tc>
        <w:tc>
          <w:tcPr>
            <w:tcW w:type="dxa" w:w="3456"/>
            <w:shd w:val="clear" w:color="auto" w:fill="1E3A8A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İŞYERİ HEKİMİ</w:t>
            </w:r>
          </w:p>
        </w:tc>
      </w:tr>
      <w:tr>
        <w:tc>
          <w:tcPr>
            <w:tcW w:type="dxa" w:w="3456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left"/>
            </w:pPr>
            <w:r>
              <w:rPr>
                <w:sz w:val="17"/>
              </w:rPr>
              <w:br/>
              <w:t>Adı Soyadı:</w:t>
              <w:br/>
              <w:t>İSG-Katip Sertifika No:</w:t>
              <w:br/>
              <w:t>Tarih / İmza:</w:t>
              <w:br/>
              <w:br/>
            </w:r>
          </w:p>
        </w:tc>
        <w:tc>
          <w:tcPr>
            <w:tcW w:type="dxa" w:w="3456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left"/>
            </w:pPr>
            <w:r>
              <w:rPr>
                <w:sz w:val="17"/>
              </w:rPr>
              <w:br/>
              <w:t>Adı Soyadı:</w:t>
              <w:br/>
              <w:t>İSG-Katip Sertifika No:</w:t>
              <w:br/>
              <w:t>Tarih / İmza:</w:t>
              <w:br/>
              <w:br/>
            </w:r>
          </w:p>
        </w:tc>
        <w:tc>
          <w:tcPr>
            <w:tcW w:type="dxa" w:w="3456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left"/>
            </w:pPr>
            <w:r>
              <w:rPr>
                <w:sz w:val="17"/>
              </w:rPr>
              <w:br/>
              <w:t>Adı Soyadı:</w:t>
              <w:br/>
              <w:t>İSG-Katip Sertifika No:</w:t>
              <w:br/>
              <w:t>Tarih / İmza:</w:t>
              <w:br/>
              <w:br/>
            </w:r>
          </w:p>
        </w:tc>
      </w:tr>
    </w:tbl>
    <w:sectPr w:rsidR="00FC693F" w:rsidRPr="0006063C" w:rsidSect="00034616">
      <w:pgSz w:w="12240" w:h="15840"/>
      <w:pgMar w:top="1152" w:right="1152" w:bottom="1152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